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63F07" w14:textId="77777777" w:rsidR="004B269A" w:rsidRPr="009F7EE3" w:rsidRDefault="0043638F">
      <w:pPr>
        <w:pStyle w:val="Titre1"/>
        <w:rPr>
          <w:lang w:val="fr-FR"/>
        </w:rPr>
      </w:pPr>
      <w:r w:rsidRPr="009F7EE3">
        <w:rPr>
          <w:lang w:val="fr-FR"/>
        </w:rPr>
        <w:t>Fiche de candidature – Appel à Manifestation d’Intérêt</w:t>
      </w:r>
    </w:p>
    <w:p w14:paraId="45BCD2F9" w14:textId="77777777" w:rsidR="004B269A" w:rsidRPr="009F7EE3" w:rsidRDefault="0043638F">
      <w:pPr>
        <w:rPr>
          <w:lang w:val="fr-FR"/>
        </w:rPr>
      </w:pPr>
      <w:r w:rsidRPr="009F7EE3">
        <w:rPr>
          <w:lang w:val="fr-FR"/>
        </w:rPr>
        <w:t>Référencement d’organismes de formation pour la mise en œuvre de formations-actions à destination des ACI</w:t>
      </w:r>
    </w:p>
    <w:p w14:paraId="77F675B7" w14:textId="77777777" w:rsidR="004B269A" w:rsidRPr="009F7EE3" w:rsidRDefault="0043638F">
      <w:pPr>
        <w:pStyle w:val="Titre2"/>
        <w:rPr>
          <w:lang w:val="fr-FR"/>
        </w:rPr>
      </w:pPr>
      <w:r w:rsidRPr="009F7EE3">
        <w:rPr>
          <w:lang w:val="fr-FR"/>
        </w:rPr>
        <w:t>1. Informations générales sur l’organisme</w:t>
      </w:r>
    </w:p>
    <w:p w14:paraId="450EF6D3" w14:textId="77777777" w:rsidR="004B269A" w:rsidRPr="009F7EE3" w:rsidRDefault="0043638F">
      <w:pPr>
        <w:rPr>
          <w:lang w:val="fr-FR"/>
        </w:rPr>
      </w:pPr>
      <w:r w:rsidRPr="009F7EE3">
        <w:rPr>
          <w:lang w:val="fr-FR"/>
        </w:rPr>
        <w:t>• Nom de l’organisme :</w:t>
      </w:r>
      <w:r w:rsidRPr="009F7EE3">
        <w:rPr>
          <w:lang w:val="fr-FR"/>
        </w:rPr>
        <w:br/>
      </w:r>
    </w:p>
    <w:p w14:paraId="6A1FD48A" w14:textId="77777777" w:rsidR="004B269A" w:rsidRPr="009F7EE3" w:rsidRDefault="0043638F">
      <w:pPr>
        <w:rPr>
          <w:lang w:val="fr-FR"/>
        </w:rPr>
      </w:pPr>
      <w:r w:rsidRPr="009F7EE3">
        <w:rPr>
          <w:lang w:val="fr-FR"/>
        </w:rPr>
        <w:t>• Numéro de déclaration d’activité (NDA) :</w:t>
      </w:r>
      <w:r w:rsidRPr="009F7EE3">
        <w:rPr>
          <w:lang w:val="fr-FR"/>
        </w:rPr>
        <w:br/>
      </w:r>
    </w:p>
    <w:p w14:paraId="6229B4CE" w14:textId="77777777" w:rsidR="004B269A" w:rsidRPr="009F7EE3" w:rsidRDefault="0043638F">
      <w:pPr>
        <w:rPr>
          <w:lang w:val="fr-FR"/>
        </w:rPr>
      </w:pPr>
      <w:r w:rsidRPr="009F7EE3">
        <w:rPr>
          <w:lang w:val="fr-FR"/>
        </w:rPr>
        <w:t>• Adresse du siège :</w:t>
      </w:r>
      <w:r w:rsidRPr="009F7EE3">
        <w:rPr>
          <w:lang w:val="fr-FR"/>
        </w:rPr>
        <w:br/>
      </w:r>
    </w:p>
    <w:p w14:paraId="750A3AA5" w14:textId="3C0341E5" w:rsidR="004B269A" w:rsidRPr="009F7EE3" w:rsidRDefault="0043638F">
      <w:pPr>
        <w:rPr>
          <w:lang w:val="fr-FR"/>
        </w:rPr>
      </w:pPr>
      <w:r w:rsidRPr="009F7EE3">
        <w:rPr>
          <w:lang w:val="fr-FR"/>
        </w:rPr>
        <w:t xml:space="preserve">• Nom et fonction du/de la représentant </w:t>
      </w:r>
      <w:proofErr w:type="spellStart"/>
      <w:r w:rsidR="009F7EE3" w:rsidRPr="009F7EE3">
        <w:rPr>
          <w:lang w:val="fr-FR"/>
        </w:rPr>
        <w:t>legal</w:t>
      </w:r>
      <w:proofErr w:type="spellEnd"/>
      <w:r w:rsidR="009F7EE3" w:rsidRPr="009F7EE3">
        <w:rPr>
          <w:lang w:val="fr-FR"/>
        </w:rPr>
        <w:t xml:space="preserve"> </w:t>
      </w:r>
      <w:r w:rsidRPr="009F7EE3">
        <w:rPr>
          <w:lang w:val="fr-FR"/>
        </w:rPr>
        <w:t>:</w:t>
      </w:r>
      <w:r w:rsidRPr="009F7EE3">
        <w:rPr>
          <w:lang w:val="fr-FR"/>
        </w:rPr>
        <w:br/>
      </w:r>
    </w:p>
    <w:p w14:paraId="2478B6CB" w14:textId="77777777" w:rsidR="004B269A" w:rsidRPr="009F7EE3" w:rsidRDefault="0043638F">
      <w:pPr>
        <w:rPr>
          <w:lang w:val="fr-FR"/>
        </w:rPr>
      </w:pPr>
      <w:r w:rsidRPr="009F7EE3">
        <w:rPr>
          <w:lang w:val="fr-FR"/>
        </w:rPr>
        <w:t>• Téléphone :</w:t>
      </w:r>
      <w:r w:rsidRPr="009F7EE3">
        <w:rPr>
          <w:lang w:val="fr-FR"/>
        </w:rPr>
        <w:br/>
      </w:r>
    </w:p>
    <w:p w14:paraId="46093E1F" w14:textId="77777777" w:rsidR="004B269A" w:rsidRPr="009F7EE3" w:rsidRDefault="0043638F">
      <w:pPr>
        <w:rPr>
          <w:lang w:val="fr-FR"/>
        </w:rPr>
      </w:pPr>
      <w:r w:rsidRPr="009F7EE3">
        <w:rPr>
          <w:lang w:val="fr-FR"/>
        </w:rPr>
        <w:t xml:space="preserve">• Adresse </w:t>
      </w:r>
      <w:proofErr w:type="gramStart"/>
      <w:r w:rsidRPr="009F7EE3">
        <w:rPr>
          <w:lang w:val="fr-FR"/>
        </w:rPr>
        <w:t>mail</w:t>
      </w:r>
      <w:proofErr w:type="gramEnd"/>
      <w:r w:rsidRPr="009F7EE3">
        <w:rPr>
          <w:lang w:val="fr-FR"/>
        </w:rPr>
        <w:t xml:space="preserve"> :</w:t>
      </w:r>
      <w:r w:rsidRPr="009F7EE3">
        <w:rPr>
          <w:lang w:val="fr-FR"/>
        </w:rPr>
        <w:br/>
      </w:r>
    </w:p>
    <w:p w14:paraId="6BA103D3" w14:textId="77777777" w:rsidR="004B269A" w:rsidRPr="009F7EE3" w:rsidRDefault="0043638F">
      <w:pPr>
        <w:rPr>
          <w:lang w:val="fr-FR"/>
        </w:rPr>
      </w:pPr>
      <w:r w:rsidRPr="009F7EE3">
        <w:rPr>
          <w:lang w:val="fr-FR"/>
        </w:rPr>
        <w:t>• Site internet (le cas échéant) :</w:t>
      </w:r>
      <w:r w:rsidRPr="009F7EE3">
        <w:rPr>
          <w:lang w:val="fr-FR"/>
        </w:rPr>
        <w:br/>
      </w:r>
    </w:p>
    <w:p w14:paraId="1B1CAA51" w14:textId="77777777" w:rsidR="004B269A" w:rsidRPr="009F7EE3" w:rsidRDefault="0043638F">
      <w:pPr>
        <w:pStyle w:val="Titre2"/>
        <w:rPr>
          <w:lang w:val="fr-FR"/>
        </w:rPr>
      </w:pPr>
      <w:r w:rsidRPr="009F7EE3">
        <w:rPr>
          <w:lang w:val="fr-FR"/>
        </w:rPr>
        <w:t>2. Présentation de l’organisme</w:t>
      </w:r>
    </w:p>
    <w:p w14:paraId="35BEB839" w14:textId="77777777" w:rsidR="004B269A" w:rsidRPr="009F7EE3" w:rsidRDefault="0043638F">
      <w:pPr>
        <w:rPr>
          <w:lang w:val="fr-FR"/>
        </w:rPr>
      </w:pPr>
      <w:r w:rsidRPr="009F7EE3">
        <w:rPr>
          <w:lang w:val="fr-FR"/>
        </w:rPr>
        <w:t>Merci de joindre une note de présentation de votre structure, incluant vos domaines d’intervention et vos références dans le champ de la formation professionnelle, en particulier auprès de l’IAE si applicable.</w:t>
      </w:r>
    </w:p>
    <w:p w14:paraId="70AE3187" w14:textId="77777777" w:rsidR="004B269A" w:rsidRPr="009F7EE3" w:rsidRDefault="0043638F">
      <w:pPr>
        <w:pStyle w:val="Titre2"/>
        <w:rPr>
          <w:lang w:val="fr-FR"/>
        </w:rPr>
      </w:pPr>
      <w:r w:rsidRPr="009F7EE3">
        <w:rPr>
          <w:lang w:val="fr-FR"/>
        </w:rPr>
        <w:t>3. Méthodologie proposée</w:t>
      </w:r>
    </w:p>
    <w:p w14:paraId="65AF0B8A" w14:textId="77777777" w:rsidR="004B269A" w:rsidRPr="009F7EE3" w:rsidRDefault="0043638F">
      <w:pPr>
        <w:rPr>
          <w:lang w:val="fr-FR"/>
        </w:rPr>
      </w:pPr>
      <w:r w:rsidRPr="009F7EE3">
        <w:rPr>
          <w:lang w:val="fr-FR"/>
        </w:rPr>
        <w:t>Merci de joindre une note détaillant :</w:t>
      </w:r>
    </w:p>
    <w:p w14:paraId="075AA4F2" w14:textId="00B045FD" w:rsidR="004B269A" w:rsidRPr="009F7EE3" w:rsidRDefault="0043638F">
      <w:pPr>
        <w:pStyle w:val="Listepuces"/>
        <w:rPr>
          <w:lang w:val="fr-FR"/>
        </w:rPr>
      </w:pPr>
      <w:r w:rsidRPr="009F7EE3">
        <w:rPr>
          <w:lang w:val="fr-FR"/>
        </w:rPr>
        <w:t>Votre compréhension des objectifs de la formation-action</w:t>
      </w:r>
    </w:p>
    <w:p w14:paraId="3B769C66" w14:textId="25525E1A" w:rsidR="004B269A" w:rsidRDefault="0043638F">
      <w:pPr>
        <w:pStyle w:val="Listepuces"/>
      </w:pPr>
      <w:r>
        <w:t xml:space="preserve">Les </w:t>
      </w:r>
      <w:proofErr w:type="spellStart"/>
      <w:r>
        <w:t>modalités</w:t>
      </w:r>
      <w:proofErr w:type="spellEnd"/>
      <w:r>
        <w:t xml:space="preserve"> </w:t>
      </w:r>
      <w:proofErr w:type="spellStart"/>
      <w:r>
        <w:t>pédagogiques</w:t>
      </w:r>
      <w:proofErr w:type="spellEnd"/>
      <w:r>
        <w:t xml:space="preserve"> </w:t>
      </w:r>
      <w:proofErr w:type="spellStart"/>
      <w:r>
        <w:t>envisagées</w:t>
      </w:r>
      <w:proofErr w:type="spellEnd"/>
    </w:p>
    <w:p w14:paraId="505ACFA4" w14:textId="274A66C9" w:rsidR="004B269A" w:rsidRPr="009F7EE3" w:rsidRDefault="0043638F">
      <w:pPr>
        <w:pStyle w:val="Listepuces"/>
        <w:rPr>
          <w:lang w:val="fr-FR"/>
        </w:rPr>
      </w:pPr>
      <w:r w:rsidRPr="009F7EE3">
        <w:rPr>
          <w:lang w:val="fr-FR"/>
        </w:rPr>
        <w:t>Les outils proposés pour accompagner les participants</w:t>
      </w:r>
    </w:p>
    <w:p w14:paraId="46DCB792" w14:textId="367B0F56" w:rsidR="004B269A" w:rsidRPr="009F7EE3" w:rsidRDefault="0043638F">
      <w:pPr>
        <w:pStyle w:val="Listepuces"/>
        <w:rPr>
          <w:lang w:val="fr-FR"/>
        </w:rPr>
      </w:pPr>
      <w:r w:rsidRPr="009F7EE3">
        <w:rPr>
          <w:lang w:val="fr-FR"/>
        </w:rPr>
        <w:t>Votre capacité à intégrer une dimension bilan/restitution</w:t>
      </w:r>
    </w:p>
    <w:p w14:paraId="1C7B3295" w14:textId="77777777" w:rsidR="004B269A" w:rsidRPr="009F7EE3" w:rsidRDefault="0043638F">
      <w:pPr>
        <w:pStyle w:val="Titre2"/>
        <w:rPr>
          <w:lang w:val="fr-FR"/>
        </w:rPr>
      </w:pPr>
      <w:r w:rsidRPr="009F7EE3">
        <w:rPr>
          <w:lang w:val="fr-FR"/>
        </w:rPr>
        <w:t>4. Équipe pédagogique</w:t>
      </w:r>
    </w:p>
    <w:p w14:paraId="3D50501A" w14:textId="54C9C887" w:rsidR="004B269A" w:rsidRPr="009F7EE3" w:rsidRDefault="0043638F">
      <w:pPr>
        <w:rPr>
          <w:lang w:val="fr-FR"/>
        </w:rPr>
      </w:pPr>
      <w:r w:rsidRPr="009F7EE3">
        <w:rPr>
          <w:lang w:val="fr-FR"/>
        </w:rPr>
        <w:t>Merci de fournir les CV des formateurs et formatrices pressenti</w:t>
      </w:r>
      <w:r w:rsidR="009F7EE3">
        <w:rPr>
          <w:lang w:val="fr-FR"/>
        </w:rPr>
        <w:t>s</w:t>
      </w:r>
      <w:r w:rsidRPr="009F7EE3">
        <w:rPr>
          <w:lang w:val="fr-FR"/>
        </w:rPr>
        <w:t xml:space="preserve"> pour animer les sessions, en précisant leurs expertises respectives.</w:t>
      </w:r>
    </w:p>
    <w:p w14:paraId="4D1DC458" w14:textId="77777777" w:rsidR="004B269A" w:rsidRPr="009F7EE3" w:rsidRDefault="0043638F">
      <w:pPr>
        <w:pStyle w:val="Titre2"/>
        <w:rPr>
          <w:lang w:val="fr-FR"/>
        </w:rPr>
      </w:pPr>
      <w:r w:rsidRPr="009F7EE3">
        <w:rPr>
          <w:lang w:val="fr-FR"/>
        </w:rPr>
        <w:lastRenderedPageBreak/>
        <w:t>5. Références</w:t>
      </w:r>
    </w:p>
    <w:p w14:paraId="231B71F2" w14:textId="77777777" w:rsidR="009F7EE3" w:rsidRDefault="009F7EE3">
      <w:pPr>
        <w:pStyle w:val="Titre2"/>
        <w:rPr>
          <w:lang w:val="fr-FR"/>
        </w:rPr>
      </w:pPr>
    </w:p>
    <w:p w14:paraId="1493CE28" w14:textId="5C1EC293" w:rsidR="004B269A" w:rsidRPr="009F7EE3" w:rsidRDefault="0043638F">
      <w:pPr>
        <w:pStyle w:val="Titre2"/>
        <w:rPr>
          <w:lang w:val="fr-FR"/>
        </w:rPr>
      </w:pPr>
      <w:r w:rsidRPr="009F7EE3">
        <w:rPr>
          <w:lang w:val="fr-FR"/>
        </w:rPr>
        <w:t>6. Proposition financière</w:t>
      </w:r>
    </w:p>
    <w:p w14:paraId="0558926D" w14:textId="77777777" w:rsidR="004B269A" w:rsidRPr="009F7EE3" w:rsidRDefault="0043638F">
      <w:pPr>
        <w:rPr>
          <w:lang w:val="fr-FR"/>
        </w:rPr>
      </w:pPr>
      <w:r w:rsidRPr="009F7EE3">
        <w:rPr>
          <w:lang w:val="fr-FR"/>
        </w:rPr>
        <w:t>Merci de fournir un devis détaillé pour l’animation d’une session complète (hors frais de déplacement des stagiaires).</w:t>
      </w:r>
    </w:p>
    <w:p w14:paraId="31F6146C" w14:textId="77777777" w:rsidR="004B269A" w:rsidRPr="009F7EE3" w:rsidRDefault="0043638F">
      <w:pPr>
        <w:pStyle w:val="Titre2"/>
        <w:rPr>
          <w:lang w:val="fr-FR"/>
        </w:rPr>
      </w:pPr>
      <w:r w:rsidRPr="009F7EE3">
        <w:rPr>
          <w:lang w:val="fr-FR"/>
        </w:rPr>
        <w:t>7. Engagements</w:t>
      </w:r>
    </w:p>
    <w:p w14:paraId="487A4F3F" w14:textId="77777777" w:rsidR="004B269A" w:rsidRPr="009F7EE3" w:rsidRDefault="0043638F">
      <w:pPr>
        <w:rPr>
          <w:lang w:val="fr-FR"/>
        </w:rPr>
      </w:pPr>
      <w:r w:rsidRPr="009F7EE3">
        <w:rPr>
          <w:lang w:val="fr-FR"/>
        </w:rPr>
        <w:t>L’organisme s’engage, en cas de référencement, à :</w:t>
      </w:r>
    </w:p>
    <w:p w14:paraId="173EFFD4" w14:textId="67454B6C" w:rsidR="004B269A" w:rsidRPr="009F7EE3" w:rsidRDefault="0043638F">
      <w:pPr>
        <w:pStyle w:val="Listepuces"/>
        <w:rPr>
          <w:lang w:val="fr-FR"/>
        </w:rPr>
      </w:pPr>
      <w:r w:rsidRPr="009F7EE3">
        <w:rPr>
          <w:lang w:val="fr-FR"/>
        </w:rPr>
        <w:t>Respecter le cahier des charges pédagogique</w:t>
      </w:r>
    </w:p>
    <w:p w14:paraId="66E9169E" w14:textId="7A7EA71E" w:rsidR="004B269A" w:rsidRPr="009F7EE3" w:rsidRDefault="0043638F">
      <w:pPr>
        <w:pStyle w:val="Listepuces"/>
        <w:rPr>
          <w:lang w:val="fr-FR"/>
        </w:rPr>
      </w:pPr>
      <w:r w:rsidRPr="009F7EE3">
        <w:rPr>
          <w:lang w:val="fr-FR"/>
        </w:rPr>
        <w:t>Assurer un accompagnement de qualité pendant et entre les sessions</w:t>
      </w:r>
    </w:p>
    <w:p w14:paraId="1715AADB" w14:textId="5066C02D" w:rsidR="004B269A" w:rsidRPr="009F7EE3" w:rsidRDefault="0043638F">
      <w:pPr>
        <w:pStyle w:val="Listepuces"/>
        <w:rPr>
          <w:lang w:val="fr-FR"/>
        </w:rPr>
      </w:pPr>
      <w:r w:rsidRPr="009F7EE3">
        <w:rPr>
          <w:lang w:val="fr-FR"/>
        </w:rPr>
        <w:t>Fournir un rapport de bilan à l’issue de chaque session</w:t>
      </w:r>
    </w:p>
    <w:p w14:paraId="354845E9" w14:textId="77777777" w:rsidR="004B269A" w:rsidRPr="009F7EE3" w:rsidRDefault="0043638F">
      <w:pPr>
        <w:rPr>
          <w:lang w:val="fr-FR"/>
        </w:rPr>
      </w:pPr>
      <w:r w:rsidRPr="009F7EE3">
        <w:rPr>
          <w:lang w:val="fr-FR"/>
        </w:rPr>
        <w:br/>
        <w:t>Date : ___________________________</w:t>
      </w:r>
    </w:p>
    <w:p w14:paraId="30AED7E2" w14:textId="77777777" w:rsidR="004B269A" w:rsidRPr="009F7EE3" w:rsidRDefault="0043638F">
      <w:pPr>
        <w:rPr>
          <w:lang w:val="fr-FR"/>
        </w:rPr>
      </w:pPr>
      <w:r w:rsidRPr="009F7EE3">
        <w:rPr>
          <w:lang w:val="fr-FR"/>
        </w:rPr>
        <w:t>Signature du représentant légal : ___________________________</w:t>
      </w:r>
    </w:p>
    <w:sectPr w:rsidR="004B269A" w:rsidRPr="009F7EE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125805961">
    <w:abstractNumId w:val="8"/>
  </w:num>
  <w:num w:numId="2" w16cid:durableId="1554006713">
    <w:abstractNumId w:val="6"/>
  </w:num>
  <w:num w:numId="3" w16cid:durableId="1006254326">
    <w:abstractNumId w:val="5"/>
  </w:num>
  <w:num w:numId="4" w16cid:durableId="903491902">
    <w:abstractNumId w:val="4"/>
  </w:num>
  <w:num w:numId="5" w16cid:durableId="822501870">
    <w:abstractNumId w:val="7"/>
  </w:num>
  <w:num w:numId="6" w16cid:durableId="1452047123">
    <w:abstractNumId w:val="3"/>
  </w:num>
  <w:num w:numId="7" w16cid:durableId="1801072321">
    <w:abstractNumId w:val="2"/>
  </w:num>
  <w:num w:numId="8" w16cid:durableId="1695305377">
    <w:abstractNumId w:val="1"/>
  </w:num>
  <w:num w:numId="9" w16cid:durableId="178638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638F"/>
    <w:rsid w:val="004B269A"/>
    <w:rsid w:val="004D7D88"/>
    <w:rsid w:val="00953982"/>
    <w:rsid w:val="009F7EE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1E4D84"/>
  <w14:defaultImageDpi w14:val="300"/>
  <w15:docId w15:val="{016C879C-AD96-4401-A8EC-BACE139DA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241</Words>
  <Characters>1329</Characters>
  <Application>Microsoft Office Word</Application>
  <DocSecurity>4</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Emploi-Insertion</cp:lastModifiedBy>
  <cp:revision>2</cp:revision>
  <dcterms:created xsi:type="dcterms:W3CDTF">2025-05-26T09:03:00Z</dcterms:created>
  <dcterms:modified xsi:type="dcterms:W3CDTF">2025-05-26T09:03:00Z</dcterms:modified>
  <cp:category/>
</cp:coreProperties>
</file>